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1728C" w14:textId="77777777" w:rsidR="009A1D77" w:rsidRPr="007C6FE6" w:rsidRDefault="00E306FB">
      <w:pPr>
        <w:jc w:val="center"/>
        <w:rPr>
          <w:rFonts w:ascii="Arial" w:hAnsi="Arial" w:cs="Arial"/>
          <w:sz w:val="28"/>
          <w:szCs w:val="28"/>
          <w:lang w:val="pl-PL"/>
        </w:rPr>
      </w:pPr>
      <w:r w:rsidRPr="007C6FE6">
        <w:rPr>
          <w:rFonts w:ascii="Arial" w:hAnsi="Arial" w:cs="Arial"/>
          <w:b/>
          <w:sz w:val="28"/>
          <w:szCs w:val="28"/>
          <w:lang w:val="pl-PL"/>
        </w:rPr>
        <w:t>KARTA ZGŁOSZENIA DZIECKA DO ŚWIETLICY SZKOLNEJ</w:t>
      </w:r>
      <w:r w:rsidRPr="007C6FE6">
        <w:rPr>
          <w:rFonts w:ascii="Arial" w:hAnsi="Arial" w:cs="Arial"/>
          <w:b/>
          <w:sz w:val="28"/>
          <w:szCs w:val="28"/>
          <w:lang w:val="pl-PL"/>
        </w:rPr>
        <w:br/>
        <w:t>NA ROK SZKOLNY 202</w:t>
      </w:r>
      <w:r w:rsidR="009A08EE" w:rsidRPr="007C6FE6">
        <w:rPr>
          <w:rFonts w:ascii="Arial" w:hAnsi="Arial" w:cs="Arial"/>
          <w:b/>
          <w:sz w:val="28"/>
          <w:szCs w:val="28"/>
          <w:lang w:val="pl-PL"/>
        </w:rPr>
        <w:t>6</w:t>
      </w:r>
      <w:r w:rsidRPr="007C6FE6">
        <w:rPr>
          <w:rFonts w:ascii="Arial" w:hAnsi="Arial" w:cs="Arial"/>
          <w:b/>
          <w:sz w:val="28"/>
          <w:szCs w:val="28"/>
          <w:lang w:val="pl-PL"/>
        </w:rPr>
        <w:t>/202</w:t>
      </w:r>
      <w:r w:rsidR="009A08EE" w:rsidRPr="007C6FE6">
        <w:rPr>
          <w:rFonts w:ascii="Arial" w:hAnsi="Arial" w:cs="Arial"/>
          <w:b/>
          <w:sz w:val="28"/>
          <w:szCs w:val="28"/>
          <w:lang w:val="pl-PL"/>
        </w:rPr>
        <w:t>7</w:t>
      </w:r>
    </w:p>
    <w:p w14:paraId="1DD439C1" w14:textId="77777777" w:rsidR="009A1D77" w:rsidRPr="007C6FE6" w:rsidRDefault="009A1D77">
      <w:pPr>
        <w:rPr>
          <w:rFonts w:ascii="Arial" w:hAnsi="Arial" w:cs="Arial"/>
          <w:sz w:val="24"/>
          <w:szCs w:val="24"/>
          <w:lang w:val="pl-PL"/>
        </w:rPr>
      </w:pPr>
    </w:p>
    <w:p w14:paraId="71B8733B" w14:textId="77777777" w:rsidR="009A1D77" w:rsidRPr="007C6FE6" w:rsidRDefault="00E306FB">
      <w:pPr>
        <w:rPr>
          <w:rFonts w:ascii="Arial" w:hAnsi="Arial" w:cs="Arial"/>
          <w:sz w:val="24"/>
          <w:szCs w:val="24"/>
          <w:u w:val="single"/>
          <w:lang w:val="pl-PL"/>
        </w:rPr>
      </w:pPr>
      <w:r w:rsidRPr="007C6FE6">
        <w:rPr>
          <w:rFonts w:ascii="Arial" w:hAnsi="Arial" w:cs="Arial"/>
          <w:sz w:val="24"/>
          <w:szCs w:val="24"/>
          <w:u w:val="single"/>
          <w:lang w:val="pl-PL"/>
        </w:rPr>
        <w:t>Kartę wypełniają rodzice lub prawni opiekunowie</w:t>
      </w:r>
    </w:p>
    <w:p w14:paraId="4C29A1A2" w14:textId="77777777" w:rsidR="009A08EE" w:rsidRPr="007C6FE6" w:rsidRDefault="009A08EE">
      <w:pPr>
        <w:rPr>
          <w:rFonts w:ascii="Arial" w:hAnsi="Arial" w:cs="Arial"/>
          <w:sz w:val="24"/>
          <w:szCs w:val="24"/>
          <w:u w:val="single"/>
          <w:lang w:val="pl-PL"/>
        </w:rPr>
      </w:pPr>
    </w:p>
    <w:p w14:paraId="742A9FC9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Proszę o przyjęcie do świetlicy szkolnej</w:t>
      </w:r>
    </w:p>
    <w:p w14:paraId="2240DD5B" w14:textId="77777777" w:rsidR="009A08EE" w:rsidRPr="007C6FE6" w:rsidRDefault="009A08EE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…………….</w:t>
      </w:r>
      <w:r w:rsidR="00E306FB" w:rsidRPr="007C6FE6">
        <w:rPr>
          <w:rFonts w:ascii="Arial" w:hAnsi="Arial" w:cs="Arial"/>
          <w:sz w:val="24"/>
          <w:szCs w:val="24"/>
          <w:lang w:val="pl-PL"/>
        </w:rPr>
        <w:t>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......................................................................</w:t>
      </w:r>
      <w:r w:rsidR="00E306FB" w:rsidRPr="007C6FE6">
        <w:rPr>
          <w:rFonts w:ascii="Arial" w:hAnsi="Arial" w:cs="Arial"/>
          <w:sz w:val="24"/>
          <w:szCs w:val="24"/>
          <w:lang w:val="pl-PL"/>
        </w:rPr>
        <w:t>.............................</w:t>
      </w:r>
    </w:p>
    <w:p w14:paraId="2D789EF0" w14:textId="77777777" w:rsidR="009A1D77" w:rsidRPr="007C6FE6" w:rsidRDefault="00E306FB" w:rsidP="009A08EE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pl-PL"/>
        </w:rPr>
      </w:pPr>
      <w:r w:rsidRPr="007C6FE6">
        <w:rPr>
          <w:rFonts w:ascii="Arial" w:hAnsi="Arial" w:cs="Arial"/>
          <w:sz w:val="18"/>
          <w:szCs w:val="18"/>
          <w:lang w:val="pl-PL"/>
        </w:rPr>
        <w:t>(imię i nazwisko dziecka)</w:t>
      </w:r>
    </w:p>
    <w:p w14:paraId="07761D7B" w14:textId="77777777" w:rsidR="009A08EE" w:rsidRPr="007C6FE6" w:rsidRDefault="009A08EE" w:rsidP="009A08EE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pl-PL"/>
        </w:rPr>
      </w:pPr>
    </w:p>
    <w:p w14:paraId="5955A550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Klasa (od nowego roku szkolnego) ..................................................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</w:t>
      </w:r>
    </w:p>
    <w:p w14:paraId="45B3DFA7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Data i miejsce urodzenia dziecka ..................................................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</w:t>
      </w:r>
    </w:p>
    <w:p w14:paraId="2097F199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Adres zamieszkania dziecka .......................................................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.................................................</w:t>
      </w:r>
    </w:p>
    <w:p w14:paraId="001C2B97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Imiona i nazwiska rodziców (opiekunów prawnych)     Aktualne numery telefonów</w:t>
      </w:r>
    </w:p>
    <w:p w14:paraId="53C0EB63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MATKI 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     .....................................</w:t>
      </w:r>
    </w:p>
    <w:p w14:paraId="2B132343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OJCA 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............     .....................................</w:t>
      </w:r>
    </w:p>
    <w:p w14:paraId="183C9197" w14:textId="77777777" w:rsidR="009A08EE" w:rsidRPr="007C6FE6" w:rsidRDefault="009A08EE">
      <w:pPr>
        <w:rPr>
          <w:rFonts w:ascii="Arial" w:hAnsi="Arial" w:cs="Arial"/>
          <w:sz w:val="24"/>
          <w:szCs w:val="24"/>
          <w:lang w:val="pl-PL"/>
        </w:rPr>
      </w:pPr>
    </w:p>
    <w:p w14:paraId="66AA15EF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Ważne informacje o zdrowiu dziecka:</w:t>
      </w:r>
    </w:p>
    <w:p w14:paraId="261867FD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................</w:t>
      </w:r>
    </w:p>
    <w:p w14:paraId="115A198C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.................</w:t>
      </w:r>
    </w:p>
    <w:p w14:paraId="4892D205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...........................</w:t>
      </w:r>
    </w:p>
    <w:p w14:paraId="438FF291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.................................</w:t>
      </w:r>
    </w:p>
    <w:p w14:paraId="4071F9CA" w14:textId="7AD7FF9F" w:rsidR="009A08EE" w:rsidRDefault="009A08EE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4B7680A1" w14:textId="443AFC8E" w:rsidR="00B2465B" w:rsidRDefault="00B2465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25F7AEB3" w14:textId="730E4EFA" w:rsidR="00B2465B" w:rsidRDefault="00B2465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06F8CCA7" w14:textId="7EED10BA" w:rsidR="00B2465B" w:rsidRDefault="00B2465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67A7B05F" w14:textId="54B98103" w:rsidR="00B2465B" w:rsidRDefault="00B2465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6B9727E7" w14:textId="3873F9B7" w:rsidR="00B2465B" w:rsidRDefault="00B2465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543FBE04" w14:textId="6291E7FA" w:rsidR="00B2465B" w:rsidRDefault="00B2465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127D5D01" w14:textId="77777777" w:rsidR="00B2465B" w:rsidRPr="007C6FE6" w:rsidRDefault="00B2465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6F888C47" w14:textId="77777777" w:rsidR="009A1D77" w:rsidRPr="007C6FE6" w:rsidRDefault="00E306FB" w:rsidP="009A08EE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Rąbień, dn. ....................</w:t>
      </w:r>
      <w:r w:rsidR="009A08EE" w:rsidRPr="007C6FE6">
        <w:rPr>
          <w:rFonts w:ascii="Arial" w:hAnsi="Arial" w:cs="Arial"/>
          <w:sz w:val="24"/>
          <w:szCs w:val="24"/>
          <w:lang w:val="pl-PL"/>
        </w:rPr>
        <w:t>.......................................................................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........................................</w:t>
      </w:r>
    </w:p>
    <w:p w14:paraId="647A6E16" w14:textId="77777777" w:rsidR="009A1D77" w:rsidRPr="007C6FE6" w:rsidRDefault="00E306FB" w:rsidP="009A08EE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pl-PL"/>
        </w:rPr>
      </w:pPr>
      <w:r w:rsidRPr="007C6FE6">
        <w:rPr>
          <w:rFonts w:ascii="Arial" w:hAnsi="Arial" w:cs="Arial"/>
          <w:sz w:val="18"/>
          <w:szCs w:val="18"/>
          <w:lang w:val="pl-PL"/>
        </w:rPr>
        <w:t>czytelny podpis rodziców/ opiekunów prawnych</w:t>
      </w:r>
    </w:p>
    <w:p w14:paraId="47DE2A38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br w:type="page"/>
      </w:r>
      <w:r w:rsidRPr="007C6FE6">
        <w:rPr>
          <w:rFonts w:ascii="Arial" w:hAnsi="Arial" w:cs="Arial"/>
          <w:sz w:val="24"/>
          <w:szCs w:val="24"/>
          <w:lang w:val="pl-PL"/>
        </w:rPr>
        <w:lastRenderedPageBreak/>
        <w:t>Oświadczenie rodziców o upoważnieniu innych osób do odbioru dziecka ze świetlicy</w:t>
      </w:r>
    </w:p>
    <w:p w14:paraId="31067339" w14:textId="77777777" w:rsidR="009A1D77" w:rsidRPr="007C6FE6" w:rsidRDefault="00E306FB" w:rsidP="00E95AF9">
      <w:pPr>
        <w:spacing w:after="0" w:line="240" w:lineRule="auto"/>
        <w:jc w:val="right"/>
        <w:rPr>
          <w:rFonts w:ascii="Arial" w:hAnsi="Arial" w:cs="Arial"/>
          <w:sz w:val="18"/>
          <w:szCs w:val="18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Do odbioru mojego dziecka ze świetlicy szkolnej ......................................</w:t>
      </w:r>
      <w:r w:rsidR="00E95AF9" w:rsidRPr="007C6FE6">
        <w:rPr>
          <w:rFonts w:ascii="Arial" w:hAnsi="Arial" w:cs="Arial"/>
          <w:sz w:val="24"/>
          <w:szCs w:val="24"/>
          <w:lang w:val="pl-PL"/>
        </w:rPr>
        <w:t>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 xml:space="preserve">.. </w:t>
      </w:r>
      <w:r w:rsidR="00E95AF9" w:rsidRPr="007C6FE6">
        <w:rPr>
          <w:rFonts w:ascii="Arial" w:hAnsi="Arial" w:cs="Arial"/>
          <w:sz w:val="24"/>
          <w:szCs w:val="24"/>
          <w:lang w:val="pl-PL"/>
        </w:rPr>
        <w:t xml:space="preserve">       </w:t>
      </w:r>
      <w:r w:rsidRPr="007C6FE6">
        <w:rPr>
          <w:rFonts w:ascii="Arial" w:hAnsi="Arial" w:cs="Arial"/>
          <w:sz w:val="18"/>
          <w:szCs w:val="18"/>
          <w:lang w:val="pl-PL"/>
        </w:rPr>
        <w:t>(imię i nazwisko dziecka)</w:t>
      </w:r>
    </w:p>
    <w:p w14:paraId="5F7F131E" w14:textId="77777777" w:rsidR="00E95AF9" w:rsidRPr="007C6FE6" w:rsidRDefault="00E95AF9" w:rsidP="00E95AF9">
      <w:pPr>
        <w:spacing w:after="0" w:line="240" w:lineRule="auto"/>
        <w:jc w:val="right"/>
        <w:rPr>
          <w:rFonts w:ascii="Arial" w:hAnsi="Arial" w:cs="Arial"/>
          <w:sz w:val="24"/>
          <w:szCs w:val="24"/>
          <w:lang w:val="pl-PL"/>
        </w:rPr>
      </w:pPr>
    </w:p>
    <w:p w14:paraId="290D55B1" w14:textId="77777777" w:rsidR="009A1D77" w:rsidRPr="007C6FE6" w:rsidRDefault="00E306FB">
      <w:pPr>
        <w:rPr>
          <w:rFonts w:ascii="Arial" w:hAnsi="Arial" w:cs="Arial"/>
          <w:sz w:val="24"/>
          <w:szCs w:val="24"/>
          <w:lang w:val="pl-PL"/>
        </w:rPr>
      </w:pPr>
      <w:r w:rsidRPr="007C6FE6">
        <w:rPr>
          <w:rFonts w:ascii="Arial" w:hAnsi="Arial" w:cs="Arial"/>
          <w:sz w:val="24"/>
          <w:szCs w:val="24"/>
          <w:lang w:val="pl-PL"/>
        </w:rPr>
        <w:t>Ja ..............................</w:t>
      </w:r>
      <w:r w:rsidR="00E95AF9" w:rsidRPr="007C6FE6">
        <w:rPr>
          <w:rFonts w:ascii="Arial" w:hAnsi="Arial" w:cs="Arial"/>
          <w:sz w:val="24"/>
          <w:szCs w:val="24"/>
          <w:lang w:val="pl-PL"/>
        </w:rPr>
        <w:t>............................................</w:t>
      </w:r>
      <w:r w:rsidRPr="007C6FE6">
        <w:rPr>
          <w:rFonts w:ascii="Arial" w:hAnsi="Arial" w:cs="Arial"/>
          <w:sz w:val="24"/>
          <w:szCs w:val="24"/>
          <w:lang w:val="pl-PL"/>
        </w:rPr>
        <w:t>.......... legitymująca się dowodem osobistym o numerze ........................................ upoważniam następujące osoby:</w:t>
      </w:r>
    </w:p>
    <w:tbl>
      <w:tblPr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726"/>
        <w:gridCol w:w="2129"/>
        <w:gridCol w:w="3022"/>
      </w:tblGrid>
      <w:tr w:rsidR="009A1D77" w:rsidRPr="007C6FE6" w14:paraId="227C2A59" w14:textId="77777777" w:rsidTr="00B2465B">
        <w:trPr>
          <w:trHeight w:val="885"/>
        </w:trPr>
        <w:tc>
          <w:tcPr>
            <w:tcW w:w="511" w:type="dxa"/>
          </w:tcPr>
          <w:p w14:paraId="7F9D4170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LP</w:t>
            </w:r>
          </w:p>
        </w:tc>
        <w:tc>
          <w:tcPr>
            <w:tcW w:w="4726" w:type="dxa"/>
          </w:tcPr>
          <w:p w14:paraId="4EE4533B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2129" w:type="dxa"/>
          </w:tcPr>
          <w:p w14:paraId="2859EDDB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Stopień pokrewieństwa</w:t>
            </w:r>
          </w:p>
        </w:tc>
        <w:tc>
          <w:tcPr>
            <w:tcW w:w="3022" w:type="dxa"/>
          </w:tcPr>
          <w:p w14:paraId="1D06A1DC" w14:textId="77777777" w:rsidR="009A1D77" w:rsidRPr="007C6FE6" w:rsidRDefault="00E306FB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C6FE6">
              <w:rPr>
                <w:rFonts w:ascii="Arial" w:hAnsi="Arial" w:cs="Arial"/>
                <w:sz w:val="24"/>
                <w:szCs w:val="24"/>
                <w:lang w:val="pl-PL"/>
              </w:rPr>
              <w:t>Seria i nr dowodu osobistego</w:t>
            </w:r>
            <w:bookmarkStart w:id="0" w:name="_GoBack"/>
            <w:bookmarkEnd w:id="0"/>
          </w:p>
        </w:tc>
      </w:tr>
      <w:tr w:rsidR="009A1D77" w:rsidRPr="009A08EE" w14:paraId="2DAF0F14" w14:textId="77777777" w:rsidTr="00B2465B">
        <w:trPr>
          <w:trHeight w:val="551"/>
        </w:trPr>
        <w:tc>
          <w:tcPr>
            <w:tcW w:w="511" w:type="dxa"/>
          </w:tcPr>
          <w:p w14:paraId="10715F5E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26" w:type="dxa"/>
          </w:tcPr>
          <w:p w14:paraId="6864541D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9" w:type="dxa"/>
          </w:tcPr>
          <w:p w14:paraId="6BFBDADD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2" w:type="dxa"/>
          </w:tcPr>
          <w:p w14:paraId="38083391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1D77" w:rsidRPr="009A08EE" w14:paraId="0615FBBE" w14:textId="77777777" w:rsidTr="00B2465B">
        <w:trPr>
          <w:trHeight w:val="551"/>
        </w:trPr>
        <w:tc>
          <w:tcPr>
            <w:tcW w:w="511" w:type="dxa"/>
          </w:tcPr>
          <w:p w14:paraId="2FE23E18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726" w:type="dxa"/>
          </w:tcPr>
          <w:p w14:paraId="1574F1AB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9" w:type="dxa"/>
          </w:tcPr>
          <w:p w14:paraId="4267E385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2" w:type="dxa"/>
          </w:tcPr>
          <w:p w14:paraId="26903A36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1D77" w:rsidRPr="009A08EE" w14:paraId="17A828F6" w14:textId="77777777" w:rsidTr="00B2465B">
        <w:trPr>
          <w:trHeight w:val="551"/>
        </w:trPr>
        <w:tc>
          <w:tcPr>
            <w:tcW w:w="511" w:type="dxa"/>
          </w:tcPr>
          <w:p w14:paraId="14675E80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26" w:type="dxa"/>
          </w:tcPr>
          <w:p w14:paraId="5CA109FF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9" w:type="dxa"/>
          </w:tcPr>
          <w:p w14:paraId="29097001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2" w:type="dxa"/>
          </w:tcPr>
          <w:p w14:paraId="6A1A8D35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1D77" w:rsidRPr="009A08EE" w14:paraId="2BC1F532" w14:textId="77777777" w:rsidTr="00B2465B">
        <w:trPr>
          <w:trHeight w:val="551"/>
        </w:trPr>
        <w:tc>
          <w:tcPr>
            <w:tcW w:w="511" w:type="dxa"/>
          </w:tcPr>
          <w:p w14:paraId="29381EC4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726" w:type="dxa"/>
          </w:tcPr>
          <w:p w14:paraId="6900FDEC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9" w:type="dxa"/>
          </w:tcPr>
          <w:p w14:paraId="661A33D4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2" w:type="dxa"/>
          </w:tcPr>
          <w:p w14:paraId="164337D7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1D77" w:rsidRPr="009A08EE" w14:paraId="795ECFB3" w14:textId="77777777" w:rsidTr="00B2465B">
        <w:trPr>
          <w:trHeight w:val="551"/>
        </w:trPr>
        <w:tc>
          <w:tcPr>
            <w:tcW w:w="511" w:type="dxa"/>
          </w:tcPr>
          <w:p w14:paraId="4AE83A95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726" w:type="dxa"/>
          </w:tcPr>
          <w:p w14:paraId="4A1C418B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9" w:type="dxa"/>
          </w:tcPr>
          <w:p w14:paraId="390B3C0D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2" w:type="dxa"/>
          </w:tcPr>
          <w:p w14:paraId="7F0B8E4B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1D77" w:rsidRPr="009A08EE" w14:paraId="2E8C40B8" w14:textId="77777777" w:rsidTr="00B2465B">
        <w:trPr>
          <w:trHeight w:val="551"/>
        </w:trPr>
        <w:tc>
          <w:tcPr>
            <w:tcW w:w="511" w:type="dxa"/>
          </w:tcPr>
          <w:p w14:paraId="4552FAFE" w14:textId="77777777" w:rsidR="009A1D77" w:rsidRPr="009A08EE" w:rsidRDefault="00E306FB">
            <w:pPr>
              <w:rPr>
                <w:rFonts w:ascii="Arial" w:hAnsi="Arial" w:cs="Arial"/>
                <w:sz w:val="24"/>
                <w:szCs w:val="24"/>
              </w:rPr>
            </w:pPr>
            <w:r w:rsidRPr="009A08E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726" w:type="dxa"/>
          </w:tcPr>
          <w:p w14:paraId="1B73AA95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9" w:type="dxa"/>
          </w:tcPr>
          <w:p w14:paraId="3F63D478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2" w:type="dxa"/>
          </w:tcPr>
          <w:p w14:paraId="73DADE3A" w14:textId="77777777" w:rsidR="009A1D77" w:rsidRPr="009A08EE" w:rsidRDefault="009A1D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9BB12D" w14:textId="77777777" w:rsidR="009A1D77" w:rsidRDefault="009A1D77">
      <w:pPr>
        <w:rPr>
          <w:rFonts w:ascii="Arial" w:hAnsi="Arial" w:cs="Arial"/>
          <w:sz w:val="24"/>
          <w:szCs w:val="24"/>
        </w:rPr>
      </w:pPr>
    </w:p>
    <w:p w14:paraId="50E8FF7C" w14:textId="77777777" w:rsidR="00E95AF9" w:rsidRPr="00E95AF9" w:rsidRDefault="00E95AF9" w:rsidP="00E95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Bierzemy na siebie pełną odpowiedzialność prawną za bezpieczeństwo odebranego dziecka od momentu jego odbioru przez wskazaną wyżej, upoważnioną przez nas osobę oraz zobowiązujemy się do zapoznania jej z poniższą klauzulą informacyjną o przetwarzaniu danych osobowych.  </w:t>
      </w:r>
    </w:p>
    <w:p w14:paraId="159E26B8" w14:textId="77777777" w:rsidR="00E95AF9" w:rsidRPr="00551A55" w:rsidRDefault="00E95AF9" w:rsidP="00E95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</w:p>
    <w:p w14:paraId="6F401F2E" w14:textId="5FAFB918" w:rsidR="00E95AF9" w:rsidRPr="00551A55" w:rsidRDefault="00E95AF9" w:rsidP="00E95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 xml:space="preserve">Administratorem Pani/Pana danych osobowych jest Szkoła Podstawowa im. Ks. Stefana Kard. Wyszyńskiego Prymasa Tysiąclecia w Rąbieniu z siedzibą w Rąbieniu ul. Słowiańska 5. Został powołany inspektor danych osobowych i ma Pani/Pan prawo kontaktu </w:t>
      </w:r>
      <w:r w:rsidRPr="00551A55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 xml:space="preserve">z nim za pomocą adresu e-mail </w:t>
      </w:r>
      <w:hyperlink r:id="rId8" w:tgtFrame="_blank" w:history="1">
        <w:r w:rsidRPr="00551A55">
          <w:rPr>
            <w:rFonts w:ascii="Arial" w:eastAsia="Times New Roman" w:hAnsi="Arial" w:cs="Arial"/>
            <w:color w:val="1155CC"/>
            <w:sz w:val="20"/>
            <w:szCs w:val="20"/>
            <w:u w:val="single"/>
            <w:lang w:val="pl-PL" w:eastAsia="pl-PL"/>
          </w:rPr>
          <w:t>biuro@msvs.com.pl</w:t>
        </w:r>
      </w:hyperlink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 xml:space="preserve">. Pani/Pana dane osobowe przetwarzane będą zgodnie z art. 6 ust. 1 lit. c) w celu umożliwieniu Pani/Panu odbiór dziecka zapewniającemu mu bezpieczeństwo, zgodnie z przekazanym upoważnieniem rodzica/prawnego opiekuna. </w:t>
      </w:r>
      <w:r w:rsidR="007C6FE6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 xml:space="preserve"> Dane dotyczące numeru do zakładu pracy przetwarzane będą w celu kontaktu w nagłych sprawach związanych zpobytem dziecka, gdy kontakt z rodzicem będzie nieskuteczny. </w:t>
      </w: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Odbiorcą danych osobowych mogą być uprawnione organy na podstawie przepisów prawa. Pani/Pana dane osobowe będą przechowywa</w:t>
      </w:r>
      <w:r w:rsidRPr="00551A55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ne przez okres roku szkolnego. </w:t>
      </w:r>
    </w:p>
    <w:p w14:paraId="09F92CB6" w14:textId="77777777" w:rsidR="00E95AF9" w:rsidRPr="00E95AF9" w:rsidRDefault="00E95AF9" w:rsidP="00E95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</w:p>
    <w:p w14:paraId="3735057B" w14:textId="77777777" w:rsidR="00E95AF9" w:rsidRPr="00551A55" w:rsidRDefault="00E95AF9" w:rsidP="00E95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Posiada Pani/Pan prawo dostępu do treści swoich danych osobowych oraz prawo ich sprostowania, usunięcia, ograniczenia przetwarzania, prawo do przenoszenia danych, prawo wniesienia sprzeciwu.  </w:t>
      </w:r>
    </w:p>
    <w:p w14:paraId="081FFE7A" w14:textId="77777777" w:rsidR="00E95AF9" w:rsidRPr="00E95AF9" w:rsidRDefault="00E95AF9" w:rsidP="00E95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</w:p>
    <w:p w14:paraId="4E724A0A" w14:textId="77777777" w:rsidR="00E95AF9" w:rsidRPr="00E95AF9" w:rsidRDefault="00E95AF9" w:rsidP="00E95A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Ma Pani/Pan prawo wniesienia skargi do organu nadzorczego gdy uzna Pani/Pan, iż przetwarzanie danych osobowych Pani/Pana dotyczących narusza przepisy ogólnego rozporządzenia o ochronie danych osobowych z dnia 27 kwietnia 2016 r.  </w:t>
      </w:r>
    </w:p>
    <w:p w14:paraId="118F328F" w14:textId="77777777" w:rsidR="00E95AF9" w:rsidRPr="00E95AF9" w:rsidRDefault="00E95AF9" w:rsidP="00E95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Pani/Pana dane nie będą przetwarzane w sposób zautomatyzowany i nie będą podlegały automatycznemu profilowaniu.  </w:t>
      </w:r>
    </w:p>
    <w:p w14:paraId="3D935205" w14:textId="77777777" w:rsidR="00E95AF9" w:rsidRPr="00E95AF9" w:rsidRDefault="00E95AF9" w:rsidP="00E95A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 </w:t>
      </w:r>
    </w:p>
    <w:p w14:paraId="57BE5AE3" w14:textId="77777777" w:rsidR="00E95AF9" w:rsidRPr="00E95AF9" w:rsidRDefault="00E95AF9" w:rsidP="00551A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Źródłem pozyskiwania P</w:t>
      </w:r>
      <w:r w:rsidRPr="00551A55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ani/Pana danych osobowych</w:t>
      </w:r>
      <w:r w:rsidR="00551A55" w:rsidRPr="00551A55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 xml:space="preserve"> jest</w:t>
      </w: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............................</w:t>
      </w:r>
      <w:r w:rsidR="00551A55" w:rsidRPr="00551A55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...</w:t>
      </w: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...</w:t>
      </w:r>
      <w:r w:rsidR="00551A55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................................</w:t>
      </w:r>
      <w:r w:rsidRPr="00E95AF9"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  <w:t>.....................  </w:t>
      </w:r>
    </w:p>
    <w:p w14:paraId="3CB1A4D6" w14:textId="77777777" w:rsidR="009A1D77" w:rsidRPr="00E95AF9" w:rsidRDefault="00E306FB" w:rsidP="00551A55">
      <w:pPr>
        <w:ind w:left="4320" w:firstLine="720"/>
        <w:jc w:val="center"/>
        <w:rPr>
          <w:rFonts w:ascii="Arial" w:hAnsi="Arial" w:cs="Arial"/>
          <w:sz w:val="18"/>
          <w:szCs w:val="18"/>
        </w:rPr>
      </w:pPr>
      <w:r w:rsidRPr="00E95AF9">
        <w:rPr>
          <w:rFonts w:ascii="Arial" w:hAnsi="Arial" w:cs="Arial"/>
          <w:sz w:val="18"/>
          <w:szCs w:val="18"/>
        </w:rPr>
        <w:t>(Czytelny podpis opiekuna dziecka)</w:t>
      </w:r>
    </w:p>
    <w:sectPr w:rsidR="009A1D77" w:rsidRPr="00E95AF9" w:rsidSect="009A08EE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1928C" w14:textId="77777777" w:rsidR="00B138E5" w:rsidRDefault="00B138E5" w:rsidP="009A08EE">
      <w:pPr>
        <w:spacing w:after="0" w:line="240" w:lineRule="auto"/>
      </w:pPr>
      <w:r>
        <w:separator/>
      </w:r>
    </w:p>
  </w:endnote>
  <w:endnote w:type="continuationSeparator" w:id="0">
    <w:p w14:paraId="21047942" w14:textId="77777777" w:rsidR="00B138E5" w:rsidRDefault="00B138E5" w:rsidP="009A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567561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2B6C883" w14:textId="7B3FE803" w:rsidR="009A08EE" w:rsidRDefault="009A08EE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465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46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3721A2" w14:textId="77777777" w:rsidR="009A08EE" w:rsidRDefault="009A08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40348" w14:textId="77777777" w:rsidR="00B138E5" w:rsidRDefault="00B138E5" w:rsidP="009A08EE">
      <w:pPr>
        <w:spacing w:after="0" w:line="240" w:lineRule="auto"/>
      </w:pPr>
      <w:r>
        <w:separator/>
      </w:r>
    </w:p>
  </w:footnote>
  <w:footnote w:type="continuationSeparator" w:id="0">
    <w:p w14:paraId="1761F69E" w14:textId="77777777" w:rsidR="00B138E5" w:rsidRDefault="00B138E5" w:rsidP="009A0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4225"/>
    <w:rsid w:val="0006063C"/>
    <w:rsid w:val="0015074B"/>
    <w:rsid w:val="0029639D"/>
    <w:rsid w:val="00326F90"/>
    <w:rsid w:val="00551A55"/>
    <w:rsid w:val="007C6FE6"/>
    <w:rsid w:val="009A08EE"/>
    <w:rsid w:val="009A1D77"/>
    <w:rsid w:val="00A6458B"/>
    <w:rsid w:val="00AA1D8D"/>
    <w:rsid w:val="00B138E5"/>
    <w:rsid w:val="00B2465B"/>
    <w:rsid w:val="00B47730"/>
    <w:rsid w:val="00CB0664"/>
    <w:rsid w:val="00E306FB"/>
    <w:rsid w:val="00E95A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2DA49"/>
  <w14:defaultImageDpi w14:val="300"/>
  <w15:docId w15:val="{D51A09EE-FB10-4DC5-91B3-12992595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semiHidden/>
    <w:unhideWhenUsed/>
    <w:rsid w:val="00E95A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1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msvs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9D916C-CBA5-4B00-B35D-AE77B65C4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Nauczyciel</cp:lastModifiedBy>
  <cp:revision>2</cp:revision>
  <dcterms:created xsi:type="dcterms:W3CDTF">2026-08-31T12:03:00Z</dcterms:created>
  <dcterms:modified xsi:type="dcterms:W3CDTF">2026-08-31T12:03:00Z</dcterms:modified>
  <cp:category/>
</cp:coreProperties>
</file>